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96855" w14:textId="77777777" w:rsidR="00BC1F5C" w:rsidRDefault="00B47510">
      <w:pPr>
        <w:pStyle w:val="Title"/>
        <w:spacing w:after="60"/>
        <w:jc w:val="center"/>
      </w:pPr>
      <w:r>
        <w:rPr>
          <w:sz w:val="34"/>
        </w:rPr>
        <w:t>ФОРМУЛЯР ЗА ОТКАЗ И ВРЪЩАНЕ</w:t>
      </w:r>
    </w:p>
    <w:p w14:paraId="17744266" w14:textId="77777777" w:rsidR="00BC1F5C" w:rsidRDefault="00B47510">
      <w:pPr>
        <w:pStyle w:val="Subtitle"/>
        <w:spacing w:after="100"/>
        <w:jc w:val="center"/>
      </w:pPr>
      <w:r>
        <w:t>Sanapharmacy.bg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C1F5C" w14:paraId="197068AD" w14:textId="77777777">
        <w:trPr>
          <w:jc w:val="center"/>
        </w:trPr>
        <w:tc>
          <w:tcPr>
            <w:tcW w:w="10656" w:type="dxa"/>
            <w:shd w:val="clear" w:color="auto" w:fill="EAF2F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223FB66" w14:textId="614C9010" w:rsidR="00BC1F5C" w:rsidRDefault="00B47510">
            <w:r>
              <w:rPr>
                <w:b/>
                <w:color w:val="1F6D73"/>
              </w:rPr>
              <w:t xml:space="preserve">ВАЖНО: </w:t>
            </w:r>
            <w:r>
              <w:t xml:space="preserve">Преди изпращане уведомете ни на info@sanapharmacy.bg.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изпращайте</w:t>
            </w:r>
            <w:proofErr w:type="spellEnd"/>
            <w:r>
              <w:t xml:space="preserve"> с </w:t>
            </w:r>
            <w:proofErr w:type="spellStart"/>
            <w:r>
              <w:t>наложен</w:t>
            </w:r>
            <w:proofErr w:type="spellEnd"/>
            <w:r>
              <w:t xml:space="preserve"> платеж или за сметка на получателя.</w:t>
            </w:r>
          </w:p>
        </w:tc>
      </w:tr>
    </w:tbl>
    <w:p w14:paraId="086C688D" w14:textId="77777777" w:rsidR="00BC1F5C" w:rsidRDefault="00BC1F5C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C1F5C" w14:paraId="3BB7FAB7" w14:textId="77777777">
        <w:trPr>
          <w:jc w:val="center"/>
        </w:trPr>
        <w:tc>
          <w:tcPr>
            <w:tcW w:w="10656" w:type="dxa"/>
            <w:shd w:val="clear" w:color="auto" w:fill="EAF2F3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41F3A970" w14:textId="12EF0654" w:rsidR="00BC1F5C" w:rsidRDefault="00B47510">
            <w:r>
              <w:rPr>
                <w:b/>
                <w:color w:val="1F6D73"/>
              </w:rPr>
              <w:t xml:space="preserve">АДРЕС: </w:t>
            </w:r>
            <w:r>
              <w:t xml:space="preserve">Изпратете </w:t>
            </w:r>
            <w:proofErr w:type="spellStart"/>
            <w:r>
              <w:t>чрез</w:t>
            </w:r>
            <w:proofErr w:type="spellEnd"/>
            <w:r>
              <w:t xml:space="preserve"> </w:t>
            </w:r>
            <w:proofErr w:type="spellStart"/>
            <w:r>
              <w:t>Спиди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r w:rsidR="0083685F">
              <w:rPr>
                <w:lang w:val="bg-BG"/>
              </w:rPr>
              <w:t xml:space="preserve">Сана Трейд ООД 0896392939 </w:t>
            </w:r>
            <w:proofErr w:type="spellStart"/>
            <w:r>
              <w:t>офис</w:t>
            </w:r>
            <w:proofErr w:type="spellEnd"/>
            <w:r w:rsidR="0083685F">
              <w:rPr>
                <w:lang w:val="bg-BG"/>
              </w:rPr>
              <w:t xml:space="preserve"> Спиди </w:t>
            </w:r>
            <w:r>
              <w:t xml:space="preserve">„ЗАПАДНА ПРОМИШЛЕНА ЗОНА № 2“, 9000 </w:t>
            </w:r>
            <w:proofErr w:type="spellStart"/>
            <w:r>
              <w:t>Варна</w:t>
            </w:r>
            <w:proofErr w:type="spellEnd"/>
            <w:r>
              <w:t>. Препоръчваме опция „Преглед“ и проследяване. Поставете този формуляр в пратката.</w:t>
            </w:r>
          </w:p>
        </w:tc>
      </w:tr>
    </w:tbl>
    <w:p w14:paraId="1C1A0DD5" w14:textId="77777777" w:rsidR="00BC1F5C" w:rsidRDefault="00BC1F5C">
      <w:pPr>
        <w:spacing w:after="20"/>
      </w:pPr>
    </w:p>
    <w:tbl>
      <w:tblPr>
        <w:tblW w:w="0" w:type="auto"/>
        <w:jc w:val="center"/>
        <w:tblBorders>
          <w:top w:val="single" w:sz="5" w:space="0" w:color="C7D7D9"/>
          <w:left w:val="single" w:sz="5" w:space="0" w:color="C7D7D9"/>
          <w:bottom w:val="single" w:sz="5" w:space="0" w:color="C7D7D9"/>
          <w:right w:val="single" w:sz="5" w:space="0" w:color="C7D7D9"/>
          <w:insideH w:val="single" w:sz="5" w:space="0" w:color="C7D7D9"/>
          <w:insideV w:val="single" w:sz="5" w:space="0" w:color="C7D7D9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8280"/>
      </w:tblGrid>
      <w:tr w:rsidR="00BC1F5C" w14:paraId="5B89E8D0" w14:textId="77777777">
        <w:trPr>
          <w:trHeight w:val="420"/>
          <w:jc w:val="center"/>
        </w:trPr>
        <w:tc>
          <w:tcPr>
            <w:tcW w:w="2232" w:type="dxa"/>
            <w:shd w:val="clear" w:color="auto" w:fill="EA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916591" w14:textId="77777777" w:rsidR="00BC1F5C" w:rsidRDefault="00B47510">
            <w:pPr>
              <w:spacing w:after="0"/>
            </w:pPr>
            <w:r>
              <w:rPr>
                <w:b/>
                <w:sz w:val="18"/>
              </w:rPr>
              <w:t>Име и фамилия</w:t>
            </w:r>
          </w:p>
        </w:tc>
        <w:tc>
          <w:tcPr>
            <w:tcW w:w="82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F24691" w14:textId="77777777" w:rsidR="00BC1F5C" w:rsidRDefault="00B47510">
            <w:pPr>
              <w:spacing w:after="0"/>
            </w:pPr>
            <w:r>
              <w:rPr>
                <w:sz w:val="18"/>
              </w:rPr>
              <w:t>________________________________________________________________</w:t>
            </w:r>
          </w:p>
        </w:tc>
      </w:tr>
      <w:tr w:rsidR="00BC1F5C" w14:paraId="4962F2A1" w14:textId="77777777">
        <w:trPr>
          <w:trHeight w:val="420"/>
          <w:jc w:val="center"/>
        </w:trPr>
        <w:tc>
          <w:tcPr>
            <w:tcW w:w="2232" w:type="dxa"/>
            <w:shd w:val="clear" w:color="auto" w:fill="EA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B55FFC" w14:textId="77777777" w:rsidR="00BC1F5C" w:rsidRDefault="00B47510">
            <w:pPr>
              <w:spacing w:after="0"/>
            </w:pPr>
            <w:r>
              <w:rPr>
                <w:b/>
                <w:sz w:val="18"/>
              </w:rPr>
              <w:t>Телефон</w:t>
            </w:r>
          </w:p>
        </w:tc>
        <w:tc>
          <w:tcPr>
            <w:tcW w:w="82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301A04" w14:textId="77777777" w:rsidR="00BC1F5C" w:rsidRDefault="00B47510">
            <w:pPr>
              <w:spacing w:after="0"/>
            </w:pPr>
            <w:r>
              <w:rPr>
                <w:sz w:val="18"/>
              </w:rPr>
              <w:t>________________________________________________________________</w:t>
            </w:r>
          </w:p>
        </w:tc>
      </w:tr>
      <w:tr w:rsidR="00BC1F5C" w14:paraId="541F123B" w14:textId="77777777">
        <w:trPr>
          <w:trHeight w:val="420"/>
          <w:jc w:val="center"/>
        </w:trPr>
        <w:tc>
          <w:tcPr>
            <w:tcW w:w="2232" w:type="dxa"/>
            <w:shd w:val="clear" w:color="auto" w:fill="EA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02E8E5" w14:textId="77777777" w:rsidR="00BC1F5C" w:rsidRDefault="00B47510">
            <w:pPr>
              <w:spacing w:after="0"/>
            </w:pPr>
            <w:r>
              <w:rPr>
                <w:b/>
                <w:sz w:val="18"/>
              </w:rPr>
              <w:t>E-mail</w:t>
            </w:r>
          </w:p>
        </w:tc>
        <w:tc>
          <w:tcPr>
            <w:tcW w:w="82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AD944D" w14:textId="77777777" w:rsidR="00BC1F5C" w:rsidRDefault="00B47510">
            <w:pPr>
              <w:spacing w:after="0"/>
            </w:pPr>
            <w:r>
              <w:rPr>
                <w:sz w:val="18"/>
              </w:rPr>
              <w:t>________________________________________________________________</w:t>
            </w:r>
          </w:p>
        </w:tc>
      </w:tr>
      <w:tr w:rsidR="00BC1F5C" w14:paraId="2C794844" w14:textId="77777777">
        <w:trPr>
          <w:trHeight w:val="420"/>
          <w:jc w:val="center"/>
        </w:trPr>
        <w:tc>
          <w:tcPr>
            <w:tcW w:w="2232" w:type="dxa"/>
            <w:shd w:val="clear" w:color="auto" w:fill="EA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0B4D7B" w14:textId="77777777" w:rsidR="00BC1F5C" w:rsidRDefault="00B47510">
            <w:pPr>
              <w:spacing w:after="0"/>
            </w:pPr>
            <w:r>
              <w:rPr>
                <w:b/>
                <w:sz w:val="18"/>
              </w:rPr>
              <w:t>Номер на поръчка</w:t>
            </w:r>
          </w:p>
        </w:tc>
        <w:tc>
          <w:tcPr>
            <w:tcW w:w="82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A83EAE" w14:textId="77777777" w:rsidR="00BC1F5C" w:rsidRDefault="00B47510">
            <w:pPr>
              <w:spacing w:after="0"/>
            </w:pPr>
            <w:r>
              <w:rPr>
                <w:sz w:val="18"/>
              </w:rPr>
              <w:t>________________________________________________________________</w:t>
            </w:r>
          </w:p>
        </w:tc>
      </w:tr>
      <w:tr w:rsidR="00BC1F5C" w14:paraId="2AEEBF13" w14:textId="77777777">
        <w:trPr>
          <w:trHeight w:val="420"/>
          <w:jc w:val="center"/>
        </w:trPr>
        <w:tc>
          <w:tcPr>
            <w:tcW w:w="2232" w:type="dxa"/>
            <w:shd w:val="clear" w:color="auto" w:fill="EA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D6353D" w14:textId="77777777" w:rsidR="00BC1F5C" w:rsidRDefault="00B47510">
            <w:pPr>
              <w:spacing w:after="0"/>
            </w:pPr>
            <w:r>
              <w:rPr>
                <w:b/>
                <w:sz w:val="18"/>
              </w:rPr>
              <w:t>Дата на получаване</w:t>
            </w:r>
          </w:p>
        </w:tc>
        <w:tc>
          <w:tcPr>
            <w:tcW w:w="82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C54B84" w14:textId="77777777" w:rsidR="00BC1F5C" w:rsidRDefault="00B47510">
            <w:pPr>
              <w:spacing w:after="0"/>
            </w:pPr>
            <w:r>
              <w:rPr>
                <w:sz w:val="18"/>
              </w:rPr>
              <w:t>____ / ____ / _</w:t>
            </w:r>
            <w:r>
              <w:rPr>
                <w:sz w:val="18"/>
              </w:rPr>
              <w:t>_______</w:t>
            </w:r>
          </w:p>
        </w:tc>
      </w:tr>
    </w:tbl>
    <w:p w14:paraId="2425179E" w14:textId="77777777" w:rsidR="00BC1F5C" w:rsidRDefault="00BC1F5C">
      <w:pPr>
        <w:spacing w:after="20"/>
      </w:pPr>
    </w:p>
    <w:p w14:paraId="3E07C876" w14:textId="77777777" w:rsidR="00BC1F5C" w:rsidRDefault="00B47510">
      <w:pPr>
        <w:pStyle w:val="Heading2"/>
        <w:spacing w:before="60" w:after="60"/>
      </w:pPr>
      <w:r>
        <w:t>Върнати продукти</w:t>
      </w:r>
    </w:p>
    <w:tbl>
      <w:tblPr>
        <w:tblW w:w="0" w:type="auto"/>
        <w:jc w:val="center"/>
        <w:tblBorders>
          <w:top w:val="single" w:sz="6" w:space="0" w:color="8FAFB2"/>
          <w:left w:val="single" w:sz="6" w:space="0" w:color="8FAFB2"/>
          <w:bottom w:val="single" w:sz="6" w:space="0" w:color="8FAFB2"/>
          <w:right w:val="single" w:sz="6" w:space="0" w:color="8FAFB2"/>
          <w:insideH w:val="single" w:sz="6" w:space="0" w:color="8FAFB2"/>
          <w:insideV w:val="single" w:sz="6" w:space="0" w:color="8FAFB2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224"/>
        <w:gridCol w:w="2880"/>
        <w:gridCol w:w="1872"/>
      </w:tblGrid>
      <w:tr w:rsidR="00BC1F5C" w14:paraId="0DD94BAA" w14:textId="77777777">
        <w:trPr>
          <w:trHeight w:val="360"/>
          <w:jc w:val="center"/>
        </w:trPr>
        <w:tc>
          <w:tcPr>
            <w:tcW w:w="4536" w:type="dxa"/>
            <w:shd w:val="clear" w:color="auto" w:fill="1F6D7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23C52" w14:textId="77777777" w:rsidR="00BC1F5C" w:rsidRDefault="00B47510">
            <w:pPr>
              <w:jc w:val="center"/>
            </w:pPr>
            <w:r>
              <w:rPr>
                <w:b/>
                <w:color w:val="FFFFFF"/>
                <w:sz w:val="17"/>
              </w:rPr>
              <w:t>Продукт / артикул</w:t>
            </w:r>
          </w:p>
        </w:tc>
        <w:tc>
          <w:tcPr>
            <w:tcW w:w="1224" w:type="dxa"/>
            <w:shd w:val="clear" w:color="auto" w:fill="1F6D7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0ED62" w14:textId="77777777" w:rsidR="00BC1F5C" w:rsidRDefault="00B47510">
            <w:pPr>
              <w:jc w:val="center"/>
            </w:pPr>
            <w:r>
              <w:rPr>
                <w:b/>
                <w:color w:val="FFFFFF"/>
                <w:sz w:val="17"/>
              </w:rPr>
              <w:t>Количество</w:t>
            </w:r>
          </w:p>
        </w:tc>
        <w:tc>
          <w:tcPr>
            <w:tcW w:w="2880" w:type="dxa"/>
            <w:shd w:val="clear" w:color="auto" w:fill="1F6D7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F890B" w14:textId="77777777" w:rsidR="00BC1F5C" w:rsidRDefault="00B47510">
            <w:pPr>
              <w:jc w:val="center"/>
            </w:pPr>
            <w:r>
              <w:rPr>
                <w:b/>
                <w:color w:val="FFFFFF"/>
                <w:sz w:val="17"/>
              </w:rPr>
              <w:t>Причина (по желание)</w:t>
            </w:r>
          </w:p>
        </w:tc>
        <w:tc>
          <w:tcPr>
            <w:tcW w:w="1872" w:type="dxa"/>
            <w:shd w:val="clear" w:color="auto" w:fill="1F6D7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92691" w14:textId="77777777" w:rsidR="00BC1F5C" w:rsidRDefault="00B47510">
            <w:pPr>
              <w:jc w:val="center"/>
            </w:pPr>
            <w:r>
              <w:rPr>
                <w:b/>
                <w:color w:val="FFFFFF"/>
                <w:sz w:val="17"/>
              </w:rPr>
              <w:t>Забележка</w:t>
            </w:r>
          </w:p>
        </w:tc>
      </w:tr>
      <w:tr w:rsidR="00BC1F5C" w14:paraId="0BD762BF" w14:textId="77777777">
        <w:trPr>
          <w:trHeight w:val="420"/>
          <w:jc w:val="center"/>
        </w:trPr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87B11" w14:textId="77777777" w:rsidR="00BC1F5C" w:rsidRDefault="00BC1F5C"/>
        </w:tc>
        <w:tc>
          <w:tcPr>
            <w:tcW w:w="12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631DC" w14:textId="77777777" w:rsidR="00BC1F5C" w:rsidRDefault="00BC1F5C"/>
        </w:tc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3BA55" w14:textId="77777777" w:rsidR="00BC1F5C" w:rsidRDefault="00BC1F5C"/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040EB" w14:textId="77777777" w:rsidR="00BC1F5C" w:rsidRDefault="00BC1F5C"/>
        </w:tc>
      </w:tr>
      <w:tr w:rsidR="00BC1F5C" w14:paraId="1023CB7A" w14:textId="77777777">
        <w:trPr>
          <w:trHeight w:val="420"/>
          <w:jc w:val="center"/>
        </w:trPr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3F81A" w14:textId="77777777" w:rsidR="00BC1F5C" w:rsidRDefault="00BC1F5C"/>
        </w:tc>
        <w:tc>
          <w:tcPr>
            <w:tcW w:w="12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1D890" w14:textId="77777777" w:rsidR="00BC1F5C" w:rsidRDefault="00BC1F5C"/>
        </w:tc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DBAFE" w14:textId="77777777" w:rsidR="00BC1F5C" w:rsidRDefault="00BC1F5C"/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B8255" w14:textId="77777777" w:rsidR="00BC1F5C" w:rsidRDefault="00BC1F5C"/>
        </w:tc>
      </w:tr>
      <w:tr w:rsidR="00BC1F5C" w14:paraId="64E503E5" w14:textId="77777777">
        <w:trPr>
          <w:trHeight w:val="420"/>
          <w:jc w:val="center"/>
        </w:trPr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1BD91" w14:textId="77777777" w:rsidR="00BC1F5C" w:rsidRDefault="00BC1F5C"/>
        </w:tc>
        <w:tc>
          <w:tcPr>
            <w:tcW w:w="12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25100" w14:textId="77777777" w:rsidR="00BC1F5C" w:rsidRDefault="00BC1F5C"/>
        </w:tc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A2100" w14:textId="77777777" w:rsidR="00BC1F5C" w:rsidRDefault="00BC1F5C"/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0D917" w14:textId="77777777" w:rsidR="00BC1F5C" w:rsidRDefault="00BC1F5C"/>
        </w:tc>
      </w:tr>
      <w:tr w:rsidR="00BC1F5C" w14:paraId="37A837E0" w14:textId="77777777">
        <w:trPr>
          <w:trHeight w:val="420"/>
          <w:jc w:val="center"/>
        </w:trPr>
        <w:tc>
          <w:tcPr>
            <w:tcW w:w="45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35F67" w14:textId="77777777" w:rsidR="00BC1F5C" w:rsidRDefault="00BC1F5C"/>
        </w:tc>
        <w:tc>
          <w:tcPr>
            <w:tcW w:w="12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FCBE3" w14:textId="77777777" w:rsidR="00BC1F5C" w:rsidRDefault="00BC1F5C"/>
        </w:tc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D724B" w14:textId="77777777" w:rsidR="00BC1F5C" w:rsidRDefault="00BC1F5C"/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6953D" w14:textId="77777777" w:rsidR="00BC1F5C" w:rsidRDefault="00BC1F5C"/>
        </w:tc>
      </w:tr>
    </w:tbl>
    <w:p w14:paraId="4B7469CF" w14:textId="77777777" w:rsidR="00BC1F5C" w:rsidRDefault="00BC1F5C">
      <w:pPr>
        <w:spacing w:after="20"/>
      </w:pPr>
    </w:p>
    <w:p w14:paraId="4C0C1772" w14:textId="77777777" w:rsidR="00BC1F5C" w:rsidRDefault="00B47510">
      <w:pPr>
        <w:pStyle w:val="Heading2"/>
        <w:spacing w:before="60" w:after="40"/>
      </w:pPr>
      <w:r>
        <w:t>Начин за възстановяване</w:t>
      </w:r>
    </w:p>
    <w:p w14:paraId="06EC43D0" w14:textId="77777777" w:rsidR="00BC1F5C" w:rsidRDefault="00B47510">
      <w:pPr>
        <w:spacing w:after="40"/>
      </w:pPr>
      <w:r>
        <w:rPr>
          <w:b/>
        </w:rPr>
        <w:t xml:space="preserve">Платено с карта: </w:t>
      </w:r>
      <w:r>
        <w:t xml:space="preserve">сумата се връща по същата карта.   </w:t>
      </w:r>
      <w:r>
        <w:rPr>
          <w:b/>
        </w:rPr>
        <w:t xml:space="preserve">Наложен платеж - IBAN: </w:t>
      </w:r>
      <w:r>
        <w:t xml:space="preserve">                            </w:t>
      </w:r>
    </w:p>
    <w:p w14:paraId="30F23C69" w14:textId="77777777" w:rsidR="00BC1F5C" w:rsidRDefault="00B47510">
      <w:pPr>
        <w:spacing w:after="80"/>
      </w:pPr>
      <w:r>
        <w:t>Титуляр на IBAN:                             ____</w:t>
      </w:r>
    </w:p>
    <w:p w14:paraId="58044450" w14:textId="77777777" w:rsidR="00BC1F5C" w:rsidRDefault="00B47510">
      <w:pPr>
        <w:spacing w:after="80"/>
      </w:pPr>
      <w:r>
        <w:rPr>
          <w:b/>
        </w:rPr>
        <w:t xml:space="preserve">Декларация: </w:t>
      </w:r>
      <w:r>
        <w:t>Уведомявам „САНА ТРЕЙД“ ООД, че се отказвам от посочените стоки. Потвърждавам, че предоставените данни са верни. Разбирам, че запечатана стока, неподходяща за връщан</w:t>
      </w:r>
      <w:r>
        <w:t>е по здравни или хигиенни съображения, може да не подлежи на отказ след разпечатване, без това да ограничава правата ми при несъответствие.</w:t>
      </w:r>
    </w:p>
    <w:tbl>
      <w:tblPr>
        <w:tblW w:w="0" w:type="auto"/>
        <w:jc w:val="center"/>
        <w:tblBorders>
          <w:top w:val="single" w:sz="5" w:space="0" w:color="C7D7D9"/>
          <w:left w:val="single" w:sz="5" w:space="0" w:color="C7D7D9"/>
          <w:bottom w:val="single" w:sz="5" w:space="0" w:color="C7D7D9"/>
          <w:right w:val="single" w:sz="5" w:space="0" w:color="C7D7D9"/>
          <w:insideH w:val="single" w:sz="5" w:space="0" w:color="C7D7D9"/>
          <w:insideV w:val="single" w:sz="5" w:space="0" w:color="C7D7D9"/>
        </w:tblBorders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BC1F5C" w14:paraId="5C078B4F" w14:textId="77777777">
        <w:trPr>
          <w:jc w:val="center"/>
        </w:trPr>
        <w:tc>
          <w:tcPr>
            <w:tcW w:w="3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856F" w14:textId="77777777" w:rsidR="00BC1F5C" w:rsidRDefault="00B47510">
            <w:pPr>
              <w:spacing w:after="0"/>
            </w:pPr>
            <w:r>
              <w:rPr>
                <w:sz w:val="18"/>
              </w:rPr>
              <w:t>Дата: ____ / ____ / ________</w:t>
            </w:r>
          </w:p>
        </w:tc>
        <w:tc>
          <w:tcPr>
            <w:tcW w:w="3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4BB08" w14:textId="77777777" w:rsidR="00BC1F5C" w:rsidRDefault="00B47510">
            <w:pPr>
              <w:spacing w:after="0"/>
            </w:pPr>
            <w:r>
              <w:rPr>
                <w:sz w:val="18"/>
              </w:rPr>
              <w:t>Подпис: ____________________</w:t>
            </w:r>
          </w:p>
        </w:tc>
        <w:tc>
          <w:tcPr>
            <w:tcW w:w="3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7F539" w14:textId="77777777" w:rsidR="00BC1F5C" w:rsidRDefault="00B47510">
            <w:pPr>
              <w:spacing w:after="0"/>
            </w:pPr>
            <w:r>
              <w:rPr>
                <w:sz w:val="18"/>
              </w:rPr>
              <w:t>Място: _____________________</w:t>
            </w:r>
          </w:p>
        </w:tc>
      </w:tr>
    </w:tbl>
    <w:p w14:paraId="28783C6D" w14:textId="77777777" w:rsidR="00B47510" w:rsidRDefault="00B47510"/>
    <w:sectPr w:rsidR="00B47510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30D99" w14:textId="77777777" w:rsidR="00B47510" w:rsidRDefault="00B47510">
      <w:pPr>
        <w:spacing w:after="0" w:line="240" w:lineRule="auto"/>
      </w:pPr>
      <w:r>
        <w:separator/>
      </w:r>
    </w:p>
  </w:endnote>
  <w:endnote w:type="continuationSeparator" w:id="0">
    <w:p w14:paraId="0F7661DF" w14:textId="77777777" w:rsidR="00B47510" w:rsidRDefault="00B47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686AD" w14:textId="77777777" w:rsidR="00BC1F5C" w:rsidRDefault="00BC1F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7278" w14:textId="77777777" w:rsidR="00BC1F5C" w:rsidRDefault="00B47510">
    <w:pPr>
      <w:pStyle w:val="Meta"/>
      <w:jc w:val="center"/>
    </w:pPr>
    <w:r>
      <w:t xml:space="preserve">Формуляр за връщане  |  </w:t>
    </w:r>
    <w:r>
      <w:fldChar w:fldCharType="begin"/>
    </w:r>
    <w:r>
      <w:instrText xml:space="preserve"> PAGE </w:instrText>
    </w:r>
    <w:r w:rsidR="0083685F">
      <w:fldChar w:fldCharType="separate"/>
    </w:r>
    <w:r w:rsidR="0083685F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5A367" w14:textId="77777777" w:rsidR="00BC1F5C" w:rsidRDefault="00BC1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290EB" w14:textId="77777777" w:rsidR="00B47510" w:rsidRDefault="00B47510">
      <w:pPr>
        <w:spacing w:after="0" w:line="240" w:lineRule="auto"/>
      </w:pPr>
      <w:r>
        <w:separator/>
      </w:r>
    </w:p>
  </w:footnote>
  <w:footnote w:type="continuationSeparator" w:id="0">
    <w:p w14:paraId="482AA8E0" w14:textId="77777777" w:rsidR="00B47510" w:rsidRDefault="00B47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2DCD4" w14:textId="77777777" w:rsidR="00BC1F5C" w:rsidRDefault="00BC1F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9F2DE" w14:textId="77777777" w:rsidR="00BC1F5C" w:rsidRDefault="00BC1F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D1CF3" w14:textId="77777777" w:rsidR="00BC1F5C" w:rsidRDefault="00BC1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3685F"/>
    <w:rsid w:val="00AA1D8D"/>
    <w:rsid w:val="00B47510"/>
    <w:rsid w:val="00B47730"/>
    <w:rsid w:val="00BC1F5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2B6786"/>
  <w14:defaultImageDpi w14:val="300"/>
  <w15:docId w15:val="{580EFC90-2C0C-4E82-8474-090CB644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rial" w:eastAsia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/>
      <w:b/>
      <w:bCs/>
      <w:color w:val="2436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1F6D7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2436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4364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320"/>
    </w:pPr>
    <w:rPr>
      <w:rFonts w:asciiTheme="majorHAnsi" w:eastAsiaTheme="majorEastAsia" w:hAnsiTheme="majorHAnsi" w:cstheme="majorBidi"/>
      <w:i/>
      <w:iCs/>
      <w:color w:val="5F677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">
    <w:name w:val="Meta"/>
    <w:pPr>
      <w:spacing w:after="60"/>
    </w:pPr>
    <w:rPr>
      <w:rFonts w:ascii="Arial" w:eastAsia="Arial" w:hAnsi="Arial"/>
      <w:color w:val="5F677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за връщане</dc:title>
  <dc:subject>Правни документи за Sanapharmacy.bg</dc:subject>
  <dc:creator>САНА ТРЕЙД ООД</dc:creator>
  <cp:keywords>Sanapharmacy, общи условия, поверителност, бисквитки, доставка, връщане</cp:keywords>
  <dc:description/>
  <cp:lastModifiedBy>hristiyan dobrev</cp:lastModifiedBy>
  <cp:revision>2</cp:revision>
  <dcterms:created xsi:type="dcterms:W3CDTF">2013-12-23T23:15:00Z</dcterms:created>
  <dcterms:modified xsi:type="dcterms:W3CDTF">2026-08-03T10:15:00Z</dcterms:modified>
  <cp:category/>
</cp:coreProperties>
</file>